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22A6EB" w14:textId="77777777" w:rsidR="00FD5F7C" w:rsidRDefault="00000000">
      <w:pPr>
        <w:spacing w:before="200" w:after="20"/>
      </w:pPr>
      <w:r>
        <w:rPr>
          <w:rFonts w:ascii="Aptos Display" w:hAnsi="Aptos Display"/>
          <w:b/>
          <w:color w:val="12345B"/>
          <w:sz w:val="54"/>
        </w:rPr>
        <w:t>YEAR 5</w:t>
      </w:r>
    </w:p>
    <w:p w14:paraId="7B6A8233" w14:textId="77777777" w:rsidR="00FD5F7C" w:rsidRDefault="00000000">
      <w:pPr>
        <w:spacing w:after="140"/>
      </w:pPr>
      <w:r>
        <w:rPr>
          <w:b/>
          <w:color w:val="164FA3"/>
          <w:sz w:val="20"/>
        </w:rPr>
        <w:t>WHOLE-YEAR CURRICULUM OVERVIEW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84"/>
        <w:gridCol w:w="6984"/>
      </w:tblGrid>
      <w:tr w:rsidR="00FD5F7C" w14:paraId="5F5E7637" w14:textId="77777777">
        <w:trPr>
          <w:jc w:val="center"/>
        </w:trPr>
        <w:tc>
          <w:tcPr>
            <w:tcW w:w="6984" w:type="dxa"/>
            <w:shd w:val="clear" w:color="auto" w:fill="AEB5BF"/>
          </w:tcPr>
          <w:p w14:paraId="4011CFE5" w14:textId="77777777" w:rsidR="00FD5F7C" w:rsidRDefault="00FD5F7C"/>
        </w:tc>
        <w:tc>
          <w:tcPr>
            <w:tcW w:w="6984" w:type="dxa"/>
            <w:shd w:val="clear" w:color="auto" w:fill="F2F5F9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661574A" w14:textId="77777777" w:rsidR="00FD5F7C" w:rsidRDefault="00000000">
            <w:r>
              <w:rPr>
                <w:i/>
                <w:color w:val="12345B"/>
                <w:sz w:val="18"/>
              </w:rPr>
              <w:t>An at-a-glance overview of learning across Year 5, showing the curriculum journey through each half term.</w:t>
            </w:r>
          </w:p>
        </w:tc>
      </w:tr>
    </w:tbl>
    <w:p w14:paraId="45EA0EFF" w14:textId="77777777" w:rsidR="00FD5F7C" w:rsidRDefault="00FD5F7C"/>
    <w:tbl>
      <w:tblPr>
        <w:tblW w:w="0" w:type="auto"/>
        <w:jc w:val="center"/>
        <w:tblBorders>
          <w:top w:val="single" w:sz="5" w:space="0" w:color="AEB5BF"/>
          <w:left w:val="single" w:sz="5" w:space="0" w:color="AEB5BF"/>
          <w:bottom w:val="single" w:sz="5" w:space="0" w:color="AEB5BF"/>
          <w:right w:val="single" w:sz="5" w:space="0" w:color="AEB5BF"/>
          <w:insideH w:val="single" w:sz="5" w:space="0" w:color="AEB5BF"/>
          <w:insideV w:val="single" w:sz="5" w:space="0" w:color="AEB5BF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995"/>
        <w:gridCol w:w="1995"/>
        <w:gridCol w:w="1995"/>
        <w:gridCol w:w="1995"/>
        <w:gridCol w:w="1995"/>
        <w:gridCol w:w="1995"/>
      </w:tblGrid>
      <w:tr w:rsidR="00FD5F7C" w14:paraId="2B872991" w14:textId="77777777">
        <w:trPr>
          <w:jc w:val="center"/>
        </w:trPr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F4E1F82" w14:textId="77777777" w:rsidR="00FD5F7C" w:rsidRDefault="00FD5F7C">
            <w:pPr>
              <w:jc w:val="center"/>
            </w:pP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31B9405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Autumn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40A5CD5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Autumn 2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C982920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Spring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46E90FB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Spring 2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0BCDDA7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Summer 1</w:t>
            </w:r>
          </w:p>
        </w:tc>
        <w:tc>
          <w:tcPr>
            <w:tcW w:w="1995" w:type="dxa"/>
            <w:shd w:val="clear" w:color="auto" w:fill="12345B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8901BCB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Summer 2</w:t>
            </w:r>
          </w:p>
        </w:tc>
      </w:tr>
      <w:tr w:rsidR="00FD5F7C" w14:paraId="0784E110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B526BF3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English Writing</w:t>
            </w:r>
            <w:r>
              <w:rPr>
                <w:b/>
                <w:color w:val="FFFFFF"/>
                <w:sz w:val="14"/>
              </w:rPr>
              <w:br/>
              <w:t>Text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4044609" w14:textId="77777777" w:rsidR="00FD5F7C" w:rsidRDefault="00000000">
            <w:r>
              <w:rPr>
                <w:sz w:val="13"/>
              </w:rPr>
              <w:t>The Fox and the Stork- Aesop’s Fable</w:t>
            </w:r>
            <w:r>
              <w:rPr>
                <w:sz w:val="13"/>
              </w:rPr>
              <w:br/>
              <w:t>The Wolf’s Story</w:t>
            </w:r>
            <w:r>
              <w:rPr>
                <w:sz w:val="13"/>
              </w:rPr>
              <w:br/>
              <w:t>The Ghosts of Pere La Chaise</w:t>
            </w:r>
            <w:r>
              <w:rPr>
                <w:sz w:val="13"/>
              </w:rPr>
              <w:br/>
              <w:t>Survivors</w:t>
            </w:r>
            <w:r>
              <w:rPr>
                <w:sz w:val="13"/>
              </w:rPr>
              <w:br/>
              <w:t>Secrets of the Mountain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2FF8B61" w14:textId="77777777" w:rsidR="00FD5F7C" w:rsidRDefault="00000000">
            <w:r>
              <w:rPr>
                <w:sz w:val="13"/>
              </w:rPr>
              <w:t>Dragon Slayer</w:t>
            </w:r>
            <w:r>
              <w:rPr>
                <w:sz w:val="13"/>
              </w:rPr>
              <w:br/>
              <w:t>The Last Viking</w:t>
            </w:r>
            <w:r>
              <w:rPr>
                <w:sz w:val="13"/>
              </w:rPr>
              <w:br/>
              <w:t>Odd and the Frost Giants</w:t>
            </w:r>
            <w:r>
              <w:rPr>
                <w:sz w:val="13"/>
              </w:rPr>
              <w:br/>
              <w:t>Norse Folktales</w:t>
            </w:r>
            <w:r>
              <w:rPr>
                <w:sz w:val="13"/>
              </w:rPr>
              <w:br/>
              <w:t>The Christmas Truce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092E659" w14:textId="77777777" w:rsidR="00FD5F7C" w:rsidRDefault="00000000">
            <w:r>
              <w:rPr>
                <w:sz w:val="13"/>
              </w:rPr>
              <w:t>Curiosity</w:t>
            </w:r>
            <w:r>
              <w:rPr>
                <w:sz w:val="13"/>
              </w:rPr>
              <w:br/>
              <w:t>Should we spend so much on space travel?</w:t>
            </w:r>
            <w:r>
              <w:rPr>
                <w:sz w:val="13"/>
              </w:rPr>
              <w:br/>
              <w:t>The Ocean Gardener</w:t>
            </w:r>
            <w:r>
              <w:rPr>
                <w:sz w:val="13"/>
              </w:rPr>
              <w:br/>
              <w:t>David Attenborough- biography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E9BC392" w14:textId="77777777" w:rsidR="00FD5F7C" w:rsidRDefault="00000000">
            <w:r>
              <w:rPr>
                <w:sz w:val="13"/>
              </w:rPr>
              <w:t>Greek Myths</w:t>
            </w:r>
            <w:r>
              <w:rPr>
                <w:sz w:val="13"/>
              </w:rPr>
              <w:br/>
              <w:t>Leo and the Gorgon’s Curse</w:t>
            </w:r>
            <w:r>
              <w:rPr>
                <w:sz w:val="13"/>
              </w:rPr>
              <w:br/>
              <w:t>Poetry- Spring</w:t>
            </w:r>
            <w:r>
              <w:rPr>
                <w:sz w:val="13"/>
              </w:rPr>
              <w:br/>
              <w:t>Evolution of the Olympics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8AA6659" w14:textId="77777777" w:rsidR="00FD5F7C" w:rsidRDefault="00000000">
            <w:r>
              <w:rPr>
                <w:sz w:val="13"/>
              </w:rPr>
              <w:t>Tadpoles</w:t>
            </w:r>
            <w:r>
              <w:rPr>
                <w:sz w:val="13"/>
              </w:rPr>
              <w:br/>
              <w:t>Holes</w:t>
            </w:r>
            <w:r>
              <w:rPr>
                <w:sz w:val="13"/>
              </w:rPr>
              <w:br/>
              <w:t>Trip Review</w:t>
            </w:r>
            <w:r>
              <w:rPr>
                <w:sz w:val="13"/>
              </w:rPr>
              <w:br/>
              <w:t>Explanation of life cycle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C25218D" w14:textId="77777777" w:rsidR="00FD5F7C" w:rsidRDefault="00000000">
            <w:r>
              <w:rPr>
                <w:sz w:val="13"/>
              </w:rPr>
              <w:t>Road’s End</w:t>
            </w:r>
            <w:r>
              <w:rPr>
                <w:sz w:val="13"/>
              </w:rPr>
              <w:br/>
              <w:t>Dian Fossey</w:t>
            </w:r>
            <w:r>
              <w:rPr>
                <w:sz w:val="13"/>
              </w:rPr>
              <w:br/>
              <w:t>The Highway Man</w:t>
            </w:r>
          </w:p>
        </w:tc>
      </w:tr>
      <w:tr w:rsidR="00FD5F7C" w14:paraId="5020B2A1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FBAD731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English Reading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DDE2502" w14:textId="77777777" w:rsidR="00FD5F7C" w:rsidRDefault="00000000">
            <w:r>
              <w:rPr>
                <w:sz w:val="13"/>
              </w:rPr>
              <w:t>The Creakers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E3E65AA" w14:textId="77777777" w:rsidR="00FD5F7C" w:rsidRDefault="00000000">
            <w:r>
              <w:rPr>
                <w:sz w:val="13"/>
              </w:rPr>
              <w:t>The Last Bear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ACEFD7A" w14:textId="77777777" w:rsidR="00FD5F7C" w:rsidRDefault="00000000">
            <w:r>
              <w:rPr>
                <w:sz w:val="13"/>
              </w:rPr>
              <w:t>Clockwork</w:t>
            </w:r>
            <w:r>
              <w:rPr>
                <w:sz w:val="13"/>
              </w:rPr>
              <w:br/>
              <w:t>The Explorer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1DF1F8A" w14:textId="77777777" w:rsidR="00FD5F7C" w:rsidRDefault="00000000">
            <w:r>
              <w:rPr>
                <w:sz w:val="13"/>
              </w:rPr>
              <w:t>The Explorer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7C9D263" w14:textId="77777777" w:rsidR="00FD5F7C" w:rsidRDefault="00000000">
            <w:r>
              <w:rPr>
                <w:sz w:val="13"/>
              </w:rPr>
              <w:t>Holes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4991754" w14:textId="77777777" w:rsidR="00FD5F7C" w:rsidRDefault="00000000">
            <w:r>
              <w:rPr>
                <w:sz w:val="13"/>
              </w:rPr>
              <w:t>The Boy in the Tower</w:t>
            </w:r>
          </w:p>
        </w:tc>
      </w:tr>
      <w:tr w:rsidR="00FD5F7C" w14:paraId="4E22375F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1719E69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Maths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ED6E667" w14:textId="77777777" w:rsidR="00FD5F7C" w:rsidRDefault="00000000">
            <w:r>
              <w:rPr>
                <w:sz w:val="13"/>
              </w:rPr>
              <w:t>Place Value</w:t>
            </w:r>
            <w:r>
              <w:rPr>
                <w:sz w:val="13"/>
              </w:rPr>
              <w:br/>
              <w:t>Addition and Subtraction Multiplication and Division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551E977" w14:textId="77777777" w:rsidR="00FD5F7C" w:rsidRDefault="00000000">
            <w:r>
              <w:rPr>
                <w:sz w:val="13"/>
              </w:rPr>
              <w:t>Multiplication and Division</w:t>
            </w:r>
            <w:r>
              <w:rPr>
                <w:sz w:val="13"/>
              </w:rPr>
              <w:br/>
              <w:t>Fractions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2765139" w14:textId="77777777" w:rsidR="00FD5F7C" w:rsidRDefault="00000000">
            <w:r>
              <w:rPr>
                <w:sz w:val="13"/>
              </w:rPr>
              <w:t>Multiplication and Division</w:t>
            </w:r>
            <w:r>
              <w:rPr>
                <w:sz w:val="13"/>
              </w:rPr>
              <w:br/>
              <w:t>Fractions</w:t>
            </w:r>
            <w:r>
              <w:rPr>
                <w:sz w:val="13"/>
              </w:rPr>
              <w:br/>
              <w:t>Decimals and Percentages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016CD21" w14:textId="77777777" w:rsidR="00FD5F7C" w:rsidRDefault="00000000">
            <w:r>
              <w:rPr>
                <w:sz w:val="13"/>
              </w:rPr>
              <w:t>Decimals and Percentages</w:t>
            </w:r>
            <w:r>
              <w:rPr>
                <w:sz w:val="13"/>
              </w:rPr>
              <w:br/>
              <w:t>Perimeter and Area</w:t>
            </w:r>
            <w:r>
              <w:rPr>
                <w:sz w:val="13"/>
              </w:rPr>
              <w:br/>
              <w:t>Statistics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5C8212A" w14:textId="77777777" w:rsidR="00FD5F7C" w:rsidRDefault="00000000">
            <w:r>
              <w:rPr>
                <w:sz w:val="13"/>
              </w:rPr>
              <w:t>Shape</w:t>
            </w:r>
            <w:r>
              <w:rPr>
                <w:sz w:val="13"/>
              </w:rPr>
              <w:br/>
              <w:t>Position and Direction</w:t>
            </w:r>
            <w:r>
              <w:rPr>
                <w:sz w:val="13"/>
              </w:rPr>
              <w:br/>
              <w:t>Decimal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9AD0840" w14:textId="77777777" w:rsidR="00FD5F7C" w:rsidRDefault="00000000">
            <w:r>
              <w:rPr>
                <w:sz w:val="13"/>
              </w:rPr>
              <w:t>Decimals</w:t>
            </w:r>
            <w:r>
              <w:rPr>
                <w:sz w:val="13"/>
              </w:rPr>
              <w:br/>
              <w:t>Negative Numbers</w:t>
            </w:r>
            <w:r>
              <w:rPr>
                <w:sz w:val="13"/>
              </w:rPr>
              <w:br/>
              <w:t>Converting Units</w:t>
            </w:r>
            <w:r>
              <w:rPr>
                <w:sz w:val="13"/>
              </w:rPr>
              <w:br/>
              <w:t>Measurement Volume</w:t>
            </w:r>
          </w:p>
        </w:tc>
      </w:tr>
      <w:tr w:rsidR="00FD5F7C" w14:paraId="7B8342DD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1B3133A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Science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DF55823" w14:textId="77777777" w:rsidR="00FD5F7C" w:rsidRDefault="00000000">
            <w:r>
              <w:rPr>
                <w:sz w:val="13"/>
              </w:rPr>
              <w:t>Materials: Mixtures and Separation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842F5CD" w14:textId="77777777" w:rsidR="00FD5F7C" w:rsidRDefault="00000000">
            <w:r>
              <w:rPr>
                <w:sz w:val="13"/>
              </w:rPr>
              <w:t>Materials: Properties and Changes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BDCB76D" w14:textId="77777777" w:rsidR="00FD5F7C" w:rsidRDefault="00000000">
            <w:r>
              <w:rPr>
                <w:sz w:val="13"/>
              </w:rPr>
              <w:t>Forces: Earth and Space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D75B767" w14:textId="77777777" w:rsidR="00FD5F7C" w:rsidRDefault="00000000">
            <w:r>
              <w:rPr>
                <w:sz w:val="13"/>
              </w:rPr>
              <w:t>Forces: Unbalanced forces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809A5FC" w14:textId="77777777" w:rsidR="00FD5F7C" w:rsidRDefault="00000000">
            <w:r>
              <w:rPr>
                <w:sz w:val="13"/>
              </w:rPr>
              <w:t>Living things: Life Cycles and Reproduction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5319DE6" w14:textId="77777777" w:rsidR="00FD5F7C" w:rsidRDefault="00000000">
            <w:r>
              <w:rPr>
                <w:sz w:val="13"/>
              </w:rPr>
              <w:t>Animals including Humans</w:t>
            </w:r>
          </w:p>
        </w:tc>
      </w:tr>
      <w:tr w:rsidR="00FD5F7C" w14:paraId="051E13B4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5A90EF8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RE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1B03581" w14:textId="77777777" w:rsidR="00FD5F7C" w:rsidRDefault="00000000">
            <w:r>
              <w:rPr>
                <w:sz w:val="13"/>
              </w:rPr>
              <w:t>Christianity: Adam and Eve- The Fall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00187FB" w14:textId="77777777" w:rsidR="00FD5F7C" w:rsidRDefault="00000000">
            <w:r>
              <w:rPr>
                <w:sz w:val="13"/>
              </w:rPr>
              <w:t>Christianity: What do Christians believe about giving to charity?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5CA743D" w14:textId="77777777" w:rsidR="00FD5F7C" w:rsidRDefault="00000000">
            <w:r>
              <w:rPr>
                <w:sz w:val="13"/>
              </w:rPr>
              <w:t>Hinduism</w:t>
            </w:r>
            <w:r>
              <w:rPr>
                <w:sz w:val="13"/>
              </w:rPr>
              <w:br/>
              <w:t>How do festivals and worships show what matters to a Hindu in Britain today?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2DA09A5" w14:textId="77777777" w:rsidR="00FD5F7C" w:rsidRDefault="00000000">
            <w:r>
              <w:rPr>
                <w:sz w:val="13"/>
              </w:rPr>
              <w:t>Hinduism</w:t>
            </w:r>
            <w:r>
              <w:rPr>
                <w:sz w:val="13"/>
              </w:rPr>
              <w:br/>
              <w:t>How do festivals and worships show what matters to a Hindu in Britain today?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1B0F5B3" w14:textId="77777777" w:rsidR="00FD5F7C" w:rsidRDefault="00000000">
            <w:r>
              <w:rPr>
                <w:sz w:val="13"/>
              </w:rPr>
              <w:t>Christianity: What would Jesus do?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CCED068" w14:textId="77777777" w:rsidR="00FD5F7C" w:rsidRDefault="00000000">
            <w:r>
              <w:rPr>
                <w:sz w:val="13"/>
              </w:rPr>
              <w:t>NR Worldviews</w:t>
            </w:r>
            <w:r>
              <w:rPr>
                <w:sz w:val="13"/>
              </w:rPr>
              <w:br/>
              <w:t>Humanism/Christianity</w:t>
            </w:r>
            <w:r>
              <w:rPr>
                <w:sz w:val="13"/>
              </w:rPr>
              <w:br/>
              <w:t>How do religious non-religions people make moral and ethical decisions?</w:t>
            </w:r>
          </w:p>
        </w:tc>
      </w:tr>
      <w:tr w:rsidR="00FD5F7C" w14:paraId="4CCDCDE8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DE6A5C6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History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4727E69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768681E" w14:textId="77777777" w:rsidR="00FD5F7C" w:rsidRDefault="00000000">
            <w:r>
              <w:rPr>
                <w:sz w:val="13"/>
              </w:rPr>
              <w:t>Where the Vikings raiders, traders or something else?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B6F4F44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840D404" w14:textId="77777777" w:rsidR="00FD5F7C" w:rsidRDefault="00000000">
            <w:r>
              <w:rPr>
                <w:sz w:val="13"/>
              </w:rPr>
              <w:t>What is the legacy of the Greek Civilisation?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A12A871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8D4F527" w14:textId="77777777" w:rsidR="00FD5F7C" w:rsidRDefault="00000000">
            <w:r>
              <w:rPr>
                <w:sz w:val="13"/>
              </w:rPr>
              <w:t>Heritage: If St John’s could talk?</w:t>
            </w:r>
          </w:p>
        </w:tc>
      </w:tr>
      <w:tr w:rsidR="00FD5F7C" w14:paraId="5CB0B3FE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E6116F9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Geography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DBB1231" w14:textId="77777777" w:rsidR="00FD5F7C" w:rsidRDefault="00000000">
            <w:r>
              <w:rPr>
                <w:sz w:val="13"/>
              </w:rPr>
              <w:t>What is life like in the Alps?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CB5C36F" w14:textId="77777777" w:rsidR="00FD5F7C" w:rsidRDefault="00FD5F7C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41746CC" w14:textId="77777777" w:rsidR="00FD5F7C" w:rsidRDefault="00000000">
            <w:r>
              <w:rPr>
                <w:sz w:val="13"/>
              </w:rPr>
              <w:t>Why do oceans matter?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C03F945" w14:textId="77777777" w:rsidR="00FD5F7C" w:rsidRDefault="00FD5F7C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F7E9AF6" w14:textId="77777777" w:rsidR="00FD5F7C" w:rsidRDefault="00000000">
            <w:r>
              <w:rPr>
                <w:sz w:val="13"/>
              </w:rPr>
              <w:t>Would you like to live in the desert?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70BD9D6" w14:textId="77777777" w:rsidR="00FD5F7C" w:rsidRDefault="00FD5F7C"/>
        </w:tc>
      </w:tr>
      <w:tr w:rsidR="00FD5F7C" w14:paraId="506A1261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1F5FB88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lastRenderedPageBreak/>
              <w:t>Art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4BF453B" w14:textId="77777777" w:rsidR="00FD5F7C" w:rsidRDefault="00000000">
            <w:r>
              <w:rPr>
                <w:sz w:val="13"/>
              </w:rPr>
              <w:t>Sculpture and 3D: Interactive Installation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8CFC473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5B03C5A" w14:textId="77777777" w:rsidR="00FD5F7C" w:rsidRDefault="00000000">
            <w:r>
              <w:rPr>
                <w:sz w:val="13"/>
              </w:rPr>
              <w:t>Drawing: Depth, Emotion and Movement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5083AF6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7CAC949" w14:textId="77777777" w:rsidR="00FD5F7C" w:rsidRDefault="00000000">
            <w:r>
              <w:rPr>
                <w:sz w:val="13"/>
              </w:rPr>
              <w:t>Painting and Mixed Media: Portraits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998A7CC" w14:textId="77777777" w:rsidR="00FD5F7C" w:rsidRDefault="00FD5F7C"/>
        </w:tc>
      </w:tr>
      <w:tr w:rsidR="00FD5F7C" w14:paraId="20EAF1E1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04FE1D7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DT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397BD56" w14:textId="77777777" w:rsidR="00FD5F7C" w:rsidRDefault="00FD5F7C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F4769FA" w14:textId="77777777" w:rsidR="00FD5F7C" w:rsidRDefault="00000000">
            <w:r>
              <w:rPr>
                <w:sz w:val="13"/>
              </w:rPr>
              <w:t>Electrical Systems: Wobble Hats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1B97E94" w14:textId="77777777" w:rsidR="00FD5F7C" w:rsidRDefault="00FD5F7C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439B6AD" w14:textId="77777777" w:rsidR="00FD5F7C" w:rsidRDefault="00000000">
            <w:r>
              <w:rPr>
                <w:sz w:val="13"/>
              </w:rPr>
              <w:t>Mechanical Systems: Gears and Pulleys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521EC8E" w14:textId="77777777" w:rsidR="00FD5F7C" w:rsidRDefault="00FD5F7C"/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17CEF09" w14:textId="77777777" w:rsidR="00FD5F7C" w:rsidRDefault="00000000">
            <w:r>
              <w:rPr>
                <w:sz w:val="13"/>
              </w:rPr>
              <w:t>Structures: Bridges</w:t>
            </w:r>
          </w:p>
        </w:tc>
      </w:tr>
      <w:tr w:rsidR="00FD5F7C" w14:paraId="1316492D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04E14C2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Music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E7F5660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621A379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38949E1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4E3E606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5FC513D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BC581ED" w14:textId="77777777" w:rsidR="00FD5F7C" w:rsidRDefault="00FD5F7C"/>
        </w:tc>
      </w:tr>
      <w:tr w:rsidR="00FD5F7C" w14:paraId="0C78F9C4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902025C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PSHE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D217A69" w14:textId="77777777" w:rsidR="00FD5F7C" w:rsidRDefault="00000000">
            <w:r>
              <w:rPr>
                <w:sz w:val="13"/>
              </w:rPr>
              <w:t>Being me in my World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861D2B4" w14:textId="77777777" w:rsidR="00FD5F7C" w:rsidRDefault="00000000">
            <w:r>
              <w:rPr>
                <w:sz w:val="13"/>
              </w:rPr>
              <w:t>Celebrating Differences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BDD24F2" w14:textId="77777777" w:rsidR="00FD5F7C" w:rsidRDefault="00000000">
            <w:r>
              <w:rPr>
                <w:sz w:val="13"/>
              </w:rPr>
              <w:t>Dreams and Goals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DDF44CA" w14:textId="77777777" w:rsidR="00FD5F7C" w:rsidRDefault="00000000">
            <w:r>
              <w:rPr>
                <w:sz w:val="13"/>
              </w:rPr>
              <w:t>Healthy Me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95EAA04" w14:textId="77777777" w:rsidR="00FD5F7C" w:rsidRDefault="00000000">
            <w:r>
              <w:rPr>
                <w:sz w:val="13"/>
              </w:rPr>
              <w:t>Relationships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FAD0A82" w14:textId="77777777" w:rsidR="00FD5F7C" w:rsidRDefault="00000000">
            <w:r>
              <w:rPr>
                <w:sz w:val="13"/>
              </w:rPr>
              <w:t>Changing me</w:t>
            </w:r>
          </w:p>
        </w:tc>
      </w:tr>
      <w:tr w:rsidR="00FD5F7C" w14:paraId="292088EF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8129432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PE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BCBFA4A" w14:textId="77777777" w:rsidR="00FD5F7C" w:rsidRDefault="00000000">
            <w:r>
              <w:rPr>
                <w:sz w:val="13"/>
              </w:rPr>
              <w:t>Health Related Exercise</w:t>
            </w:r>
            <w:r>
              <w:rPr>
                <w:sz w:val="13"/>
              </w:rPr>
              <w:br/>
              <w:t>Game Sense Invasion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B4D9E3A" w14:textId="77777777" w:rsidR="00FD5F7C" w:rsidRDefault="00000000">
            <w:r>
              <w:rPr>
                <w:sz w:val="13"/>
              </w:rPr>
              <w:t>Football</w:t>
            </w:r>
            <w:r>
              <w:rPr>
                <w:sz w:val="13"/>
              </w:rPr>
              <w:br/>
              <w:t>Orienteering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BBC23DC" w14:textId="77777777" w:rsidR="00FD5F7C" w:rsidRDefault="00000000">
            <w:r>
              <w:rPr>
                <w:sz w:val="13"/>
              </w:rPr>
              <w:t>Gymnastics: Flight</w:t>
            </w:r>
            <w:r>
              <w:rPr>
                <w:sz w:val="13"/>
              </w:rPr>
              <w:br/>
              <w:t>Tag Rugby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2BB89474" w14:textId="77777777" w:rsidR="00FD5F7C" w:rsidRDefault="00000000">
            <w:r>
              <w:rPr>
                <w:sz w:val="13"/>
              </w:rPr>
              <w:t>Dance: Street Dance</w:t>
            </w:r>
            <w:r>
              <w:rPr>
                <w:sz w:val="13"/>
              </w:rPr>
              <w:br/>
              <w:t>Dodgeball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323DE69" w14:textId="77777777" w:rsidR="00FD5F7C" w:rsidRDefault="00000000">
            <w:r>
              <w:rPr>
                <w:sz w:val="13"/>
              </w:rPr>
              <w:t>Badminton</w:t>
            </w:r>
            <w:r>
              <w:rPr>
                <w:sz w:val="13"/>
              </w:rPr>
              <w:br/>
              <w:t>Swimming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2184BCA" w14:textId="77777777" w:rsidR="00FD5F7C" w:rsidRDefault="00000000">
            <w:r>
              <w:rPr>
                <w:sz w:val="13"/>
              </w:rPr>
              <w:t>Rounders</w:t>
            </w:r>
            <w:r>
              <w:rPr>
                <w:sz w:val="13"/>
              </w:rPr>
              <w:br/>
              <w:t>Athletics: Running</w:t>
            </w:r>
          </w:p>
        </w:tc>
      </w:tr>
      <w:tr w:rsidR="00FD5F7C" w14:paraId="54422B32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6031F8BD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French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820422C" w14:textId="77777777" w:rsidR="00FD5F7C" w:rsidRDefault="00000000">
            <w:r>
              <w:rPr>
                <w:sz w:val="13"/>
              </w:rPr>
              <w:t>Phonics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897982F" w14:textId="77777777" w:rsidR="00FD5F7C" w:rsidRDefault="00000000">
            <w:r>
              <w:rPr>
                <w:sz w:val="13"/>
              </w:rPr>
              <w:t>The Date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AB602D7" w14:textId="77777777" w:rsidR="00FD5F7C" w:rsidRDefault="00000000">
            <w:r>
              <w:rPr>
                <w:sz w:val="13"/>
              </w:rPr>
              <w:t>Do you have a pet?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7397BBAF" w14:textId="77777777" w:rsidR="00FD5F7C" w:rsidRDefault="00000000">
            <w:r>
              <w:rPr>
                <w:sz w:val="13"/>
              </w:rPr>
              <w:t>My Home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F0810A7" w14:textId="77777777" w:rsidR="00FD5F7C" w:rsidRDefault="00000000">
            <w:r>
              <w:rPr>
                <w:sz w:val="13"/>
              </w:rPr>
              <w:t>The Olympics</w:t>
            </w:r>
          </w:p>
        </w:tc>
        <w:tc>
          <w:tcPr>
            <w:tcW w:w="1995" w:type="dxa"/>
            <w:shd w:val="clear" w:color="auto" w:fill="FFFFFF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37395B0" w14:textId="77777777" w:rsidR="00FD5F7C" w:rsidRDefault="00000000">
            <w:r>
              <w:rPr>
                <w:sz w:val="13"/>
              </w:rPr>
              <w:t>Clothes</w:t>
            </w:r>
          </w:p>
        </w:tc>
      </w:tr>
      <w:tr w:rsidR="00FD5F7C" w14:paraId="221EC1F5" w14:textId="77777777">
        <w:trPr>
          <w:jc w:val="center"/>
        </w:trPr>
        <w:tc>
          <w:tcPr>
            <w:tcW w:w="1995" w:type="dxa"/>
            <w:shd w:val="clear" w:color="auto" w:fill="164FA3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9800817" w14:textId="77777777" w:rsidR="00FD5F7C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Computing</w:t>
            </w:r>
          </w:p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0FC3158D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A1E88BB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107044DB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3E0E2DA5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40F9F399" w14:textId="77777777" w:rsidR="00FD5F7C" w:rsidRDefault="00FD5F7C"/>
        </w:tc>
        <w:tc>
          <w:tcPr>
            <w:tcW w:w="1995" w:type="dxa"/>
            <w:shd w:val="clear" w:color="auto" w:fill="F2F5F9"/>
            <w:tcMar>
              <w:top w:w="70" w:type="dxa"/>
              <w:left w:w="55" w:type="dxa"/>
              <w:bottom w:w="70" w:type="dxa"/>
              <w:right w:w="55" w:type="dxa"/>
            </w:tcMar>
            <w:vAlign w:val="center"/>
          </w:tcPr>
          <w:p w14:paraId="50031A8F" w14:textId="77777777" w:rsidR="00FD5F7C" w:rsidRDefault="00FD5F7C"/>
        </w:tc>
      </w:tr>
    </w:tbl>
    <w:p w14:paraId="11039DF6" w14:textId="77777777" w:rsidR="00FD5F7C" w:rsidRDefault="00000000">
      <w:pPr>
        <w:spacing w:before="100"/>
        <w:jc w:val="right"/>
      </w:pPr>
      <w:r>
        <w:rPr>
          <w:i/>
          <w:color w:val="AEB5BF"/>
          <w:sz w:val="16"/>
        </w:rPr>
        <w:t>Living Life in all its Fullness • John 10:10</w:t>
      </w:r>
    </w:p>
    <w:sectPr w:rsidR="00FD5F7C" w:rsidSect="00034616">
      <w:headerReference w:type="default" r:id="rId8"/>
      <w:footerReference w:type="default" r:id="rId9"/>
      <w:pgSz w:w="15840" w:h="12240" w:orient="landscape"/>
      <w:pgMar w:top="792" w:right="936" w:bottom="792" w:left="936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96BB42" w14:textId="77777777" w:rsidR="001B5D14" w:rsidRDefault="001B5D14">
      <w:pPr>
        <w:spacing w:after="0" w:line="240" w:lineRule="auto"/>
      </w:pPr>
      <w:r>
        <w:separator/>
      </w:r>
    </w:p>
  </w:endnote>
  <w:endnote w:type="continuationSeparator" w:id="0">
    <w:p w14:paraId="32D3E2E8" w14:textId="77777777" w:rsidR="001B5D14" w:rsidRDefault="001B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C3D2D0" w14:textId="77777777" w:rsidR="00FD5F7C" w:rsidRDefault="00FD5F7C">
    <w:pPr>
      <w:pStyle w:val="Foot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384"/>
      <w:gridCol w:w="3384"/>
      <w:gridCol w:w="3384"/>
    </w:tblGrid>
    <w:tr w:rsidR="00FD5F7C" w14:paraId="4369C093" w14:textId="77777777">
      <w:trPr>
        <w:jc w:val="center"/>
      </w:trPr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787B438F" w14:textId="77777777" w:rsidR="00FD5F7C" w:rsidRDefault="00000000">
          <w:r>
            <w:rPr>
              <w:b/>
              <w:color w:val="FFFFFF"/>
              <w:sz w:val="14"/>
            </w:rPr>
            <w:t>ST MARGARET’S AT HASBURY</w:t>
          </w:r>
        </w:p>
      </w:tc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2BDBC886" w14:textId="77777777" w:rsidR="00FD5F7C" w:rsidRDefault="00000000">
          <w:pPr>
            <w:jc w:val="center"/>
          </w:pPr>
          <w:r>
            <w:rPr>
              <w:color w:val="FFFFFF"/>
              <w:sz w:val="14"/>
            </w:rPr>
            <w:t>CE PRIMARY SCHOOL</w:t>
          </w:r>
        </w:p>
      </w:tc>
      <w:tc>
        <w:tcPr>
          <w:tcW w:w="3384" w:type="dxa"/>
          <w:shd w:val="clear" w:color="auto" w:fill="12345B"/>
          <w:tcMar>
            <w:top w:w="70" w:type="dxa"/>
            <w:left w:w="100" w:type="dxa"/>
            <w:bottom w:w="70" w:type="dxa"/>
            <w:right w:w="100" w:type="dxa"/>
          </w:tcMar>
        </w:tcPr>
        <w:p w14:paraId="29A89506" w14:textId="77777777" w:rsidR="00FD5F7C" w:rsidRDefault="00000000">
          <w:pPr>
            <w:jc w:val="right"/>
          </w:pPr>
          <w:r>
            <w:rPr>
              <w:i/>
              <w:color w:val="FFFFFF"/>
              <w:sz w:val="14"/>
            </w:rPr>
            <w:t>Living Life in all its Fullness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90746B" w14:textId="77777777" w:rsidR="001B5D14" w:rsidRDefault="001B5D14">
      <w:pPr>
        <w:spacing w:after="0" w:line="240" w:lineRule="auto"/>
      </w:pPr>
      <w:r>
        <w:separator/>
      </w:r>
    </w:p>
  </w:footnote>
  <w:footnote w:type="continuationSeparator" w:id="0">
    <w:p w14:paraId="7E9B0FD1" w14:textId="77777777" w:rsidR="001B5D14" w:rsidRDefault="001B5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862768" w14:textId="77777777" w:rsidR="00FD5F7C" w:rsidRDefault="00FD5F7C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1944"/>
      <w:gridCol w:w="8208"/>
    </w:tblGrid>
    <w:tr w:rsidR="00FD5F7C" w14:paraId="41C6A60D" w14:textId="77777777">
      <w:trPr>
        <w:jc w:val="center"/>
      </w:trPr>
      <w:tc>
        <w:tcPr>
          <w:tcW w:w="1944" w:type="dxa"/>
          <w:tcMar>
            <w:top w:w="70" w:type="dxa"/>
            <w:left w:w="90" w:type="dxa"/>
            <w:bottom w:w="70" w:type="dxa"/>
            <w:right w:w="90" w:type="dxa"/>
          </w:tcMar>
          <w:vAlign w:val="center"/>
        </w:tcPr>
        <w:p w14:paraId="22A293BB" w14:textId="77777777" w:rsidR="00FD5F7C" w:rsidRDefault="00000000">
          <w:r>
            <w:rPr>
              <w:noProof/>
            </w:rPr>
            <w:drawing>
              <wp:inline distT="0" distB="0" distL="0" distR="0" wp14:anchorId="7E15E0E5" wp14:editId="2861C002">
                <wp:extent cx="987552" cy="7126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sbury_Logo_Contemporary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552" cy="7126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8" w:type="dxa"/>
          <w:shd w:val="clear" w:color="auto" w:fill="164FA3"/>
          <w:tcMar>
            <w:top w:w="70" w:type="dxa"/>
            <w:left w:w="90" w:type="dxa"/>
            <w:bottom w:w="70" w:type="dxa"/>
            <w:right w:w="90" w:type="dxa"/>
          </w:tcMar>
          <w:vAlign w:val="center"/>
        </w:tcPr>
        <w:p w14:paraId="520A2355" w14:textId="77777777" w:rsidR="00FD5F7C" w:rsidRDefault="00000000">
          <w:pPr>
            <w:jc w:val="right"/>
          </w:pPr>
          <w:r>
            <w:rPr>
              <w:rFonts w:ascii="Aptos Display" w:hAnsi="Aptos Display"/>
              <w:b/>
              <w:color w:val="FFFFFF"/>
              <w:sz w:val="26"/>
            </w:rPr>
            <w:t>LIVING LIFE IN ALL ITS FULLNESS</w:t>
          </w:r>
        </w:p>
        <w:p w14:paraId="69FA48C5" w14:textId="77777777" w:rsidR="00FD5F7C" w:rsidRDefault="00000000">
          <w:pPr>
            <w:spacing w:after="0"/>
            <w:jc w:val="right"/>
          </w:pPr>
          <w:r>
            <w:rPr>
              <w:i/>
              <w:color w:val="DDE6F3"/>
              <w:sz w:val="17"/>
            </w:rPr>
            <w:t>John 10:10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1093851">
    <w:abstractNumId w:val="8"/>
  </w:num>
  <w:num w:numId="2" w16cid:durableId="1430195903">
    <w:abstractNumId w:val="6"/>
  </w:num>
  <w:num w:numId="3" w16cid:durableId="375857584">
    <w:abstractNumId w:val="5"/>
  </w:num>
  <w:num w:numId="4" w16cid:durableId="413090206">
    <w:abstractNumId w:val="4"/>
  </w:num>
  <w:num w:numId="5" w16cid:durableId="2031174814">
    <w:abstractNumId w:val="7"/>
  </w:num>
  <w:num w:numId="6" w16cid:durableId="1339425718">
    <w:abstractNumId w:val="3"/>
  </w:num>
  <w:num w:numId="7" w16cid:durableId="1098215161">
    <w:abstractNumId w:val="2"/>
  </w:num>
  <w:num w:numId="8" w16cid:durableId="2093696608">
    <w:abstractNumId w:val="1"/>
  </w:num>
  <w:num w:numId="9" w16cid:durableId="125417081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5D14"/>
    <w:rsid w:val="0029639D"/>
    <w:rsid w:val="00326F90"/>
    <w:rsid w:val="00480014"/>
    <w:rsid w:val="00AA1D8D"/>
    <w:rsid w:val="00B47730"/>
    <w:rsid w:val="00C11FD9"/>
    <w:rsid w:val="00CB0664"/>
    <w:rsid w:val="00FC693F"/>
    <w:rsid w:val="00FD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7E0EDA"/>
  <w14:defaultImageDpi w14:val="300"/>
  <w15:docId w15:val="{EDFD94ED-F56B-AA49-9018-7652A2F5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color w:val="30343B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00"/>
      <w:outlineLvl w:val="0"/>
    </w:pPr>
    <w:rPr>
      <w:rFonts w:asciiTheme="majorHAnsi" w:eastAsiaTheme="majorEastAsia" w:hAnsiTheme="majorHAnsi" w:cstheme="majorBidi"/>
      <w:b/>
      <w:bCs/>
      <w:color w:val="164FA3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12345B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64FA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12345B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2259</Characters>
  <Application>Microsoft Office Word</Application>
  <DocSecurity>0</DocSecurity>
  <Lines>188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 shepherd</cp:lastModifiedBy>
  <cp:revision>2</cp:revision>
  <dcterms:created xsi:type="dcterms:W3CDTF">2026-07-05T10:07:00Z</dcterms:created>
  <dcterms:modified xsi:type="dcterms:W3CDTF">2026-07-05T10:07:00Z</dcterms:modified>
  <cp:category/>
</cp:coreProperties>
</file>